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1A5AF" w14:textId="1B18B3C8" w:rsidR="00A868F7" w:rsidRPr="00853BD3" w:rsidRDefault="00A868F7" w:rsidP="00853BD3">
      <w:pPr>
        <w:bidi/>
        <w:rPr>
          <w:b/>
          <w:sz w:val="32"/>
          <w:szCs w:val="32"/>
          <w:lang w:bidi="ar-MA"/>
        </w:rPr>
      </w:pPr>
    </w:p>
    <w:p w14:paraId="279E1473" w14:textId="3FF95014" w:rsidR="00A868F7" w:rsidRPr="00A9706A" w:rsidRDefault="009B0FEF" w:rsidP="00A9706A">
      <w:pPr>
        <w:bidi/>
        <w:jc w:val="center"/>
        <w:rPr>
          <w:b/>
          <w:sz w:val="40"/>
          <w:szCs w:val="40"/>
        </w:rPr>
      </w:pPr>
      <w:r w:rsidRPr="0094464E">
        <w:rPr>
          <w:b/>
          <w:sz w:val="40"/>
          <w:szCs w:val="40"/>
        </w:rPr>
        <w:t xml:space="preserve">استمارة </w:t>
      </w:r>
      <w:r w:rsidR="00C258F5" w:rsidRPr="0094464E">
        <w:rPr>
          <w:rFonts w:hint="cs"/>
          <w:b/>
          <w:sz w:val="40"/>
          <w:szCs w:val="40"/>
          <w:rtl/>
        </w:rPr>
        <w:t xml:space="preserve"> </w:t>
      </w:r>
      <w:r w:rsidR="00C258F5" w:rsidRPr="0094464E">
        <w:rPr>
          <w:rFonts w:hint="cs"/>
          <w:bCs/>
          <w:sz w:val="40"/>
          <w:szCs w:val="40"/>
          <w:rtl/>
        </w:rPr>
        <w:t>المشاركة في اللقاء التكويني الافتتاحي</w:t>
      </w:r>
      <w:r w:rsidRPr="0094464E">
        <w:rPr>
          <w:bCs/>
          <w:sz w:val="40"/>
          <w:szCs w:val="40"/>
        </w:rPr>
        <w:t xml:space="preserve">  </w:t>
      </w:r>
    </w:p>
    <w:p w14:paraId="76834C93" w14:textId="13B0BECC" w:rsidR="00A868F7" w:rsidRDefault="009B0FEF" w:rsidP="006F72D3">
      <w:pPr>
        <w:bidi/>
        <w:jc w:val="center"/>
        <w:rPr>
          <w:b/>
          <w:sz w:val="28"/>
          <w:szCs w:val="28"/>
          <w:rtl/>
        </w:rPr>
      </w:pPr>
      <w:r w:rsidRPr="00853BD3">
        <w:rPr>
          <w:b/>
          <w:sz w:val="28"/>
          <w:szCs w:val="28"/>
        </w:rPr>
        <w:t>تحت شعار: التكوين الجهوي المستمر أساس نجاح الإعلامي والصحفي</w:t>
      </w:r>
    </w:p>
    <w:p w14:paraId="6B982EB5" w14:textId="77777777" w:rsidR="0055149F" w:rsidRPr="00853BD3" w:rsidRDefault="0055149F" w:rsidP="0055149F">
      <w:pPr>
        <w:bidi/>
        <w:jc w:val="center"/>
        <w:rPr>
          <w:b/>
          <w:sz w:val="28"/>
          <w:szCs w:val="28"/>
        </w:rPr>
      </w:pPr>
    </w:p>
    <w:p w14:paraId="261DAA93" w14:textId="14C62987" w:rsidR="00A868F7" w:rsidRDefault="00FE719F" w:rsidP="00DD1FC5">
      <w:pPr>
        <w:bidi/>
        <w:rPr>
          <w:sz w:val="28"/>
          <w:szCs w:val="28"/>
          <w:u w:val="single"/>
          <w:rtl/>
        </w:rPr>
      </w:pPr>
      <w:r>
        <w:rPr>
          <w:rFonts w:hint="cs"/>
          <w:b/>
          <w:sz w:val="28"/>
          <w:szCs w:val="28"/>
          <w:u w:val="single"/>
          <w:rtl/>
        </w:rPr>
        <w:t xml:space="preserve">1 ـ </w:t>
      </w:r>
      <w:r w:rsidR="00671854">
        <w:rPr>
          <w:rFonts w:hint="cs"/>
          <w:b/>
          <w:sz w:val="28"/>
          <w:szCs w:val="28"/>
          <w:u w:val="single"/>
          <w:rtl/>
        </w:rPr>
        <w:t xml:space="preserve">التاريخ : السبت 10 أكتوبر 2026 </w:t>
      </w:r>
      <w:r w:rsidR="00DD1FC5" w:rsidRPr="00E31A05">
        <w:rPr>
          <w:rFonts w:hint="cs"/>
          <w:sz w:val="28"/>
          <w:szCs w:val="28"/>
          <w:u w:val="single"/>
          <w:rtl/>
        </w:rPr>
        <w:t>( من الساعة 9 صباحا إلى 12 زوالا)</w:t>
      </w:r>
    </w:p>
    <w:p w14:paraId="2153BE57" w14:textId="1926C1B6" w:rsidR="002C3CB1" w:rsidRPr="00E31A05" w:rsidRDefault="002C3CB1" w:rsidP="002C3CB1">
      <w:pPr>
        <w:bidi/>
        <w:rPr>
          <w:sz w:val="28"/>
          <w:szCs w:val="28"/>
          <w:u w:val="single"/>
          <w:rtl/>
        </w:rPr>
      </w:pPr>
      <w:r>
        <w:rPr>
          <w:rFonts w:hint="cs"/>
          <w:sz w:val="28"/>
          <w:szCs w:val="28"/>
          <w:u w:val="single"/>
          <w:rtl/>
        </w:rPr>
        <w:t xml:space="preserve">2 ـ المكان : مقر الغرفة الفلاحية الجهوية بني ملال </w:t>
      </w:r>
    </w:p>
    <w:p w14:paraId="337B8D6C" w14:textId="61ABAC2E" w:rsidR="00895118" w:rsidRPr="00E31A05" w:rsidRDefault="002C3CB1" w:rsidP="00E31A05">
      <w:pPr>
        <w:bidi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3</w:t>
      </w:r>
      <w:r w:rsidR="00FE719F" w:rsidRPr="00B82AF1">
        <w:rPr>
          <w:rFonts w:hint="cs"/>
          <w:sz w:val="28"/>
          <w:szCs w:val="28"/>
          <w:u w:val="single"/>
          <w:rtl/>
        </w:rPr>
        <w:t xml:space="preserve"> ـ </w:t>
      </w:r>
      <w:r w:rsidR="00895118" w:rsidRPr="00B82AF1">
        <w:rPr>
          <w:rFonts w:hint="cs"/>
          <w:sz w:val="28"/>
          <w:szCs w:val="28"/>
          <w:u w:val="single"/>
          <w:rtl/>
        </w:rPr>
        <w:t xml:space="preserve"> معلومات حول المشارك</w:t>
      </w:r>
      <w:r w:rsidR="00BB155D">
        <w:rPr>
          <w:rFonts w:hint="cs"/>
          <w:sz w:val="28"/>
          <w:szCs w:val="28"/>
          <w:u w:val="single"/>
          <w:rtl/>
        </w:rPr>
        <w:t xml:space="preserve"> </w:t>
      </w:r>
      <w:r w:rsidR="00C16CBD">
        <w:rPr>
          <w:rFonts w:hint="cs"/>
          <w:sz w:val="28"/>
          <w:szCs w:val="28"/>
          <w:u w:val="single"/>
          <w:rtl/>
        </w:rPr>
        <w:t xml:space="preserve">/ </w:t>
      </w:r>
      <w:r w:rsidR="00895118" w:rsidRPr="00B82AF1">
        <w:rPr>
          <w:rFonts w:hint="cs"/>
          <w:sz w:val="28"/>
          <w:szCs w:val="28"/>
          <w:u w:val="single"/>
          <w:rtl/>
        </w:rPr>
        <w:t>المشاركة</w:t>
      </w:r>
      <w:r w:rsidR="00895118" w:rsidRPr="00E31A05">
        <w:rPr>
          <w:rFonts w:hint="cs"/>
          <w:sz w:val="28"/>
          <w:szCs w:val="28"/>
          <w:rtl/>
        </w:rPr>
        <w:t xml:space="preserve"> </w:t>
      </w:r>
    </w:p>
    <w:p w14:paraId="46C1B701" w14:textId="49CE5D34" w:rsidR="00895118" w:rsidRPr="00C35804" w:rsidRDefault="00F95735" w:rsidP="00E31A05">
      <w:pPr>
        <w:bidi/>
        <w:rPr>
          <w:sz w:val="36"/>
          <w:szCs w:val="36"/>
          <w:rtl/>
        </w:rPr>
      </w:pPr>
      <w:r w:rsidRPr="00E31A05">
        <w:rPr>
          <w:rFonts w:hint="cs"/>
          <w:sz w:val="28"/>
          <w:szCs w:val="28"/>
          <w:rtl/>
        </w:rPr>
        <w:t xml:space="preserve">ـ </w:t>
      </w:r>
      <w:r w:rsidRPr="00C35804">
        <w:rPr>
          <w:rFonts w:hint="cs"/>
          <w:sz w:val="36"/>
          <w:szCs w:val="36"/>
          <w:rtl/>
        </w:rPr>
        <w:t xml:space="preserve">الإسم والنسب : </w:t>
      </w:r>
    </w:p>
    <w:p w14:paraId="30A26846" w14:textId="24C30831" w:rsidR="00F95735" w:rsidRPr="00C35804" w:rsidRDefault="00F95735" w:rsidP="00E31A05">
      <w:pPr>
        <w:bidi/>
        <w:rPr>
          <w:sz w:val="36"/>
          <w:szCs w:val="36"/>
          <w:rtl/>
        </w:rPr>
      </w:pPr>
      <w:r w:rsidRPr="00C35804">
        <w:rPr>
          <w:rFonts w:hint="cs"/>
          <w:sz w:val="36"/>
          <w:szCs w:val="36"/>
          <w:rtl/>
        </w:rPr>
        <w:t xml:space="preserve">ـ الصفة المهنية : </w:t>
      </w:r>
      <w:r w:rsidR="00623272">
        <w:rPr>
          <w:rFonts w:hint="cs"/>
          <w:sz w:val="36"/>
          <w:szCs w:val="36"/>
          <w:rtl/>
        </w:rPr>
        <w:t xml:space="preserve"> ( </w:t>
      </w:r>
      <w:r w:rsidR="001C65C9">
        <w:rPr>
          <w:rFonts w:hint="cs"/>
          <w:sz w:val="36"/>
          <w:szCs w:val="36"/>
          <w:rtl/>
        </w:rPr>
        <w:t>إ</w:t>
      </w:r>
      <w:r w:rsidR="00194D8B">
        <w:rPr>
          <w:rFonts w:hint="cs"/>
          <w:sz w:val="36"/>
          <w:szCs w:val="36"/>
          <w:rtl/>
        </w:rPr>
        <w:t xml:space="preserve">علامي/ </w:t>
      </w:r>
      <w:r w:rsidR="00623272">
        <w:rPr>
          <w:rFonts w:hint="cs"/>
          <w:sz w:val="36"/>
          <w:szCs w:val="36"/>
          <w:rtl/>
        </w:rPr>
        <w:t xml:space="preserve">صحافي </w:t>
      </w:r>
      <w:r w:rsidR="00870FE2">
        <w:rPr>
          <w:rFonts w:hint="cs"/>
          <w:sz w:val="36"/>
          <w:szCs w:val="36"/>
          <w:rtl/>
        </w:rPr>
        <w:t xml:space="preserve">/ </w:t>
      </w:r>
      <w:r w:rsidR="00623272">
        <w:rPr>
          <w:rFonts w:hint="cs"/>
          <w:sz w:val="36"/>
          <w:szCs w:val="36"/>
          <w:rtl/>
        </w:rPr>
        <w:t xml:space="preserve"> منتسب </w:t>
      </w:r>
      <w:r w:rsidR="00087299">
        <w:rPr>
          <w:rFonts w:hint="cs"/>
          <w:sz w:val="36"/>
          <w:szCs w:val="36"/>
          <w:rtl/>
        </w:rPr>
        <w:t>/</w:t>
      </w:r>
      <w:r w:rsidR="00623272">
        <w:rPr>
          <w:rFonts w:hint="cs"/>
          <w:sz w:val="36"/>
          <w:szCs w:val="36"/>
          <w:rtl/>
        </w:rPr>
        <w:t xml:space="preserve"> </w:t>
      </w:r>
      <w:r w:rsidR="00870FE2">
        <w:rPr>
          <w:rFonts w:hint="cs"/>
          <w:sz w:val="36"/>
          <w:szCs w:val="36"/>
          <w:rtl/>
        </w:rPr>
        <w:t>مدون</w:t>
      </w:r>
      <w:r w:rsidR="009A4E11">
        <w:rPr>
          <w:rFonts w:hint="cs"/>
          <w:sz w:val="36"/>
          <w:szCs w:val="36"/>
          <w:rtl/>
        </w:rPr>
        <w:t>...</w:t>
      </w:r>
      <w:r w:rsidR="00CA7140">
        <w:rPr>
          <w:rFonts w:hint="cs"/>
          <w:sz w:val="36"/>
          <w:szCs w:val="36"/>
          <w:rtl/>
        </w:rPr>
        <w:t>)</w:t>
      </w:r>
    </w:p>
    <w:p w14:paraId="6F2AAC6C" w14:textId="08140146" w:rsidR="00FC41F1" w:rsidRPr="00C35804" w:rsidRDefault="00F40B1B" w:rsidP="00E31A05">
      <w:pPr>
        <w:bidi/>
        <w:rPr>
          <w:sz w:val="36"/>
          <w:szCs w:val="36"/>
          <w:rtl/>
        </w:rPr>
      </w:pPr>
      <w:r w:rsidRPr="00C35804">
        <w:rPr>
          <w:rFonts w:hint="cs"/>
          <w:sz w:val="36"/>
          <w:szCs w:val="36"/>
          <w:rtl/>
        </w:rPr>
        <w:t xml:space="preserve">ـ المؤسسة </w:t>
      </w:r>
      <w:r w:rsidR="007F19F3">
        <w:rPr>
          <w:rFonts w:hint="cs"/>
          <w:sz w:val="36"/>
          <w:szCs w:val="36"/>
          <w:rtl/>
        </w:rPr>
        <w:t>:</w:t>
      </w:r>
      <w:r w:rsidR="001219D0">
        <w:rPr>
          <w:rFonts w:hint="cs"/>
          <w:sz w:val="36"/>
          <w:szCs w:val="36"/>
          <w:rtl/>
        </w:rPr>
        <w:t xml:space="preserve"> </w:t>
      </w:r>
    </w:p>
    <w:p w14:paraId="5259C356" w14:textId="1B8D09D4" w:rsidR="00891CC3" w:rsidRPr="00C35804" w:rsidRDefault="00F40B1B" w:rsidP="00E31A05">
      <w:pPr>
        <w:bidi/>
        <w:rPr>
          <w:sz w:val="36"/>
          <w:szCs w:val="36"/>
          <w:rtl/>
        </w:rPr>
      </w:pPr>
      <w:r w:rsidRPr="00C35804">
        <w:rPr>
          <w:rFonts w:hint="cs"/>
          <w:sz w:val="36"/>
          <w:szCs w:val="36"/>
          <w:rtl/>
        </w:rPr>
        <w:t xml:space="preserve">ـ رقم الهاتف : </w:t>
      </w:r>
    </w:p>
    <w:p w14:paraId="0BA965C3" w14:textId="766C3D16" w:rsidR="00F40B1B" w:rsidRPr="00C35804" w:rsidRDefault="00F40B1B" w:rsidP="00E31A05">
      <w:pPr>
        <w:bidi/>
        <w:rPr>
          <w:sz w:val="36"/>
          <w:szCs w:val="36"/>
          <w:rtl/>
        </w:rPr>
      </w:pPr>
      <w:r w:rsidRPr="00C35804">
        <w:rPr>
          <w:rFonts w:hint="cs"/>
          <w:sz w:val="36"/>
          <w:szCs w:val="36"/>
          <w:rtl/>
        </w:rPr>
        <w:t>ـ البريد الإلكتروني :</w:t>
      </w:r>
    </w:p>
    <w:p w14:paraId="59125FF2" w14:textId="555BC55A" w:rsidR="00A868F7" w:rsidRDefault="007D6EAB" w:rsidP="00E31A05">
      <w:pPr>
        <w:bidi/>
        <w:rPr>
          <w:sz w:val="36"/>
          <w:szCs w:val="36"/>
          <w:rtl/>
        </w:rPr>
      </w:pPr>
      <w:r w:rsidRPr="00C35804">
        <w:rPr>
          <w:rFonts w:hint="cs"/>
          <w:sz w:val="36"/>
          <w:szCs w:val="36"/>
          <w:rtl/>
        </w:rPr>
        <w:t xml:space="preserve">ـ المدينة : </w:t>
      </w:r>
    </w:p>
    <w:p w14:paraId="1127A854" w14:textId="77777777" w:rsidR="0055149F" w:rsidRPr="00C35804" w:rsidRDefault="0055149F" w:rsidP="0055149F">
      <w:pPr>
        <w:bidi/>
        <w:rPr>
          <w:sz w:val="36"/>
          <w:szCs w:val="36"/>
        </w:rPr>
      </w:pPr>
    </w:p>
    <w:p w14:paraId="661D388B" w14:textId="40E86B45" w:rsidR="00A868F7" w:rsidRPr="00C35804" w:rsidRDefault="00756E1A" w:rsidP="00976814">
      <w:pPr>
        <w:bidi/>
        <w:rPr>
          <w:sz w:val="36"/>
          <w:szCs w:val="36"/>
        </w:rPr>
      </w:pPr>
      <w:r w:rsidRPr="00C35804">
        <w:rPr>
          <w:rFonts w:hint="cs"/>
          <w:sz w:val="36"/>
          <w:szCs w:val="36"/>
          <w:rtl/>
        </w:rPr>
        <w:t xml:space="preserve">أصرح </w:t>
      </w:r>
      <w:r w:rsidR="00CE0B0B" w:rsidRPr="00C35804">
        <w:rPr>
          <w:rFonts w:hint="cs"/>
          <w:sz w:val="36"/>
          <w:szCs w:val="36"/>
          <w:rtl/>
        </w:rPr>
        <w:t xml:space="preserve"> بأني أرغب في المشاركة في اللقاء التكويني الافتتاحي </w:t>
      </w:r>
      <w:r w:rsidR="00C35804" w:rsidRPr="00C35804">
        <w:rPr>
          <w:rFonts w:hint="cs"/>
          <w:sz w:val="36"/>
          <w:szCs w:val="36"/>
          <w:rtl/>
        </w:rPr>
        <w:t xml:space="preserve">وألتزم باحترام الضوابط التنظيمية المعتمدة من طرف المركز المغربي للتكوين والتربية على الإعلام والتواصل </w:t>
      </w:r>
    </w:p>
    <w:p w14:paraId="304E0E58" w14:textId="2F6806C4" w:rsidR="009B0FEF" w:rsidRPr="00C35804" w:rsidRDefault="009B0FEF" w:rsidP="00E31A05">
      <w:pPr>
        <w:bidi/>
        <w:rPr>
          <w:sz w:val="36"/>
          <w:szCs w:val="36"/>
        </w:rPr>
      </w:pPr>
    </w:p>
    <w:sectPr w:rsidR="009B0FEF" w:rsidRPr="00C35804" w:rsidSect="00034616">
      <w:head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58E1D" w14:textId="77777777" w:rsidR="00636695" w:rsidRDefault="00636695" w:rsidP="00636695">
      <w:pPr>
        <w:spacing w:after="0" w:line="240" w:lineRule="auto"/>
      </w:pPr>
      <w:r>
        <w:separator/>
      </w:r>
    </w:p>
  </w:endnote>
  <w:endnote w:type="continuationSeparator" w:id="0">
    <w:p w14:paraId="4BD54A0A" w14:textId="77777777" w:rsidR="00636695" w:rsidRDefault="00636695" w:rsidP="0063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F64BF" w14:textId="77777777" w:rsidR="00636695" w:rsidRDefault="00636695" w:rsidP="00636695">
      <w:pPr>
        <w:spacing w:after="0" w:line="240" w:lineRule="auto"/>
      </w:pPr>
      <w:r>
        <w:separator/>
      </w:r>
    </w:p>
  </w:footnote>
  <w:footnote w:type="continuationSeparator" w:id="0">
    <w:p w14:paraId="650B4249" w14:textId="77777777" w:rsidR="00636695" w:rsidRDefault="00636695" w:rsidP="00636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0240A" w14:textId="4A3990A4" w:rsidR="00636695" w:rsidRDefault="00636695">
    <w:pPr>
      <w:pStyle w:val="En-tte"/>
    </w:pPr>
    <w:r w:rsidRPr="00C752FE">
      <w:rPr>
        <w:rFonts w:eastAsia="Times New Roman" w:hint="cs"/>
        <w:noProof/>
        <w:sz w:val="28"/>
        <w:szCs w:val="28"/>
        <w:lang w:bidi="ar-MA"/>
      </w:rPr>
      <w:drawing>
        <wp:anchor distT="0" distB="0" distL="114300" distR="114300" simplePos="0" relativeHeight="251659264" behindDoc="1" locked="0" layoutInCell="1" allowOverlap="1" wp14:anchorId="1D6EC417" wp14:editId="1B09AE42">
          <wp:simplePos x="0" y="0"/>
          <wp:positionH relativeFrom="column">
            <wp:posOffset>2679700</wp:posOffset>
          </wp:positionH>
          <wp:positionV relativeFrom="paragraph">
            <wp:posOffset>-350520</wp:posOffset>
          </wp:positionV>
          <wp:extent cx="1361440" cy="850900"/>
          <wp:effectExtent l="0" t="0" r="0" b="635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1440" cy="85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5447690">
    <w:abstractNumId w:val="8"/>
  </w:num>
  <w:num w:numId="2" w16cid:durableId="597910872">
    <w:abstractNumId w:val="6"/>
  </w:num>
  <w:num w:numId="3" w16cid:durableId="1456555779">
    <w:abstractNumId w:val="5"/>
  </w:num>
  <w:num w:numId="4" w16cid:durableId="1806508136">
    <w:abstractNumId w:val="4"/>
  </w:num>
  <w:num w:numId="5" w16cid:durableId="632365499">
    <w:abstractNumId w:val="7"/>
  </w:num>
  <w:num w:numId="6" w16cid:durableId="1903714989">
    <w:abstractNumId w:val="3"/>
  </w:num>
  <w:num w:numId="7" w16cid:durableId="775558327">
    <w:abstractNumId w:val="2"/>
  </w:num>
  <w:num w:numId="8" w16cid:durableId="2107723004">
    <w:abstractNumId w:val="1"/>
  </w:num>
  <w:num w:numId="9" w16cid:durableId="1696954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589A"/>
    <w:rsid w:val="00087299"/>
    <w:rsid w:val="000E6C15"/>
    <w:rsid w:val="000F4183"/>
    <w:rsid w:val="001219D0"/>
    <w:rsid w:val="0015074B"/>
    <w:rsid w:val="00194D8B"/>
    <w:rsid w:val="001C65C9"/>
    <w:rsid w:val="002178B6"/>
    <w:rsid w:val="0029639D"/>
    <w:rsid w:val="002C3CB1"/>
    <w:rsid w:val="002C70DD"/>
    <w:rsid w:val="002F3BE9"/>
    <w:rsid w:val="00326F90"/>
    <w:rsid w:val="00354A32"/>
    <w:rsid w:val="004A1430"/>
    <w:rsid w:val="00542F2D"/>
    <w:rsid w:val="0055149F"/>
    <w:rsid w:val="00611CD0"/>
    <w:rsid w:val="006227CB"/>
    <w:rsid w:val="00623272"/>
    <w:rsid w:val="00636695"/>
    <w:rsid w:val="006515F1"/>
    <w:rsid w:val="00671854"/>
    <w:rsid w:val="006B749E"/>
    <w:rsid w:val="006C6A9A"/>
    <w:rsid w:val="006E7F6F"/>
    <w:rsid w:val="006F4C19"/>
    <w:rsid w:val="006F72D3"/>
    <w:rsid w:val="00756E1A"/>
    <w:rsid w:val="00766809"/>
    <w:rsid w:val="007D6EAB"/>
    <w:rsid w:val="007F19F3"/>
    <w:rsid w:val="00840A65"/>
    <w:rsid w:val="00853BD3"/>
    <w:rsid w:val="00870FE2"/>
    <w:rsid w:val="00891CC3"/>
    <w:rsid w:val="00895118"/>
    <w:rsid w:val="008A4932"/>
    <w:rsid w:val="0094464E"/>
    <w:rsid w:val="00976814"/>
    <w:rsid w:val="009A4E11"/>
    <w:rsid w:val="009B0FEF"/>
    <w:rsid w:val="009F3BF7"/>
    <w:rsid w:val="00A40019"/>
    <w:rsid w:val="00A868F7"/>
    <w:rsid w:val="00A9706A"/>
    <w:rsid w:val="00AA1D8D"/>
    <w:rsid w:val="00B47730"/>
    <w:rsid w:val="00B63E52"/>
    <w:rsid w:val="00B82AF1"/>
    <w:rsid w:val="00BB155D"/>
    <w:rsid w:val="00C16CBD"/>
    <w:rsid w:val="00C258F5"/>
    <w:rsid w:val="00C30A8B"/>
    <w:rsid w:val="00C35804"/>
    <w:rsid w:val="00C64D9A"/>
    <w:rsid w:val="00CA7140"/>
    <w:rsid w:val="00CB0664"/>
    <w:rsid w:val="00CB31B0"/>
    <w:rsid w:val="00CE0B0B"/>
    <w:rsid w:val="00D22648"/>
    <w:rsid w:val="00DB1023"/>
    <w:rsid w:val="00DD1FC5"/>
    <w:rsid w:val="00E31A05"/>
    <w:rsid w:val="00E46DE7"/>
    <w:rsid w:val="00EE227B"/>
    <w:rsid w:val="00F40B1B"/>
    <w:rsid w:val="00F95735"/>
    <w:rsid w:val="00FA3A47"/>
    <w:rsid w:val="00FC41F1"/>
    <w:rsid w:val="00FC693F"/>
    <w:rsid w:val="00FE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D1EED6"/>
  <w14:defaultImageDpi w14:val="300"/>
  <w15:docId w15:val="{81956B0D-F105-B94E-83AD-3760D831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87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Ilyas Maiss</cp:lastModifiedBy>
  <cp:revision>53</cp:revision>
  <dcterms:created xsi:type="dcterms:W3CDTF">2026-10-01T00:53:00Z</dcterms:created>
  <dcterms:modified xsi:type="dcterms:W3CDTF">2026-10-01T01:30:00Z</dcterms:modified>
  <cp:category/>
</cp:coreProperties>
</file>